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E51C" w14:textId="77777777" w:rsidR="00D15D32" w:rsidRPr="00C13460" w:rsidRDefault="00BE2C28">
      <w:pPr>
        <w:pStyle w:val="Tittel"/>
        <w:rPr>
          <w:lang w:val="nn-NO"/>
        </w:rPr>
      </w:pPr>
      <w:r w:rsidRPr="00C13460">
        <w:rPr>
          <w:lang w:val="nn-NO"/>
        </w:rPr>
        <w:t>Søknadsskjema for tilskot til utvikling av dei sirkulære hubbane</w:t>
      </w:r>
    </w:p>
    <w:p w14:paraId="0862690A" w14:textId="77777777" w:rsidR="002210D8" w:rsidRPr="00C13460" w:rsidRDefault="002210D8">
      <w:pPr>
        <w:rPr>
          <w:b/>
          <w:color w:val="5D6771"/>
          <w:lang w:val="nn-NO"/>
        </w:rPr>
      </w:pPr>
    </w:p>
    <w:p w14:paraId="1F3D1490" w14:textId="0240BB69" w:rsidR="00D15D32" w:rsidRPr="00C13460" w:rsidRDefault="00BE2C28">
      <w:pPr>
        <w:rPr>
          <w:lang w:val="nn-NO"/>
        </w:rPr>
      </w:pPr>
      <w:r w:rsidRPr="00C13460">
        <w:rPr>
          <w:lang w:val="nn-NO"/>
        </w:rPr>
        <w:t>Fyll ut felta og vis til konkrete vedlegg der det er relevant. Søknaden skal sendast gjennom Regionalforvaltning.no</w:t>
      </w:r>
    </w:p>
    <w:p w14:paraId="08AFB589" w14:textId="77777777" w:rsidR="00D15D32" w:rsidRPr="00C13460" w:rsidRDefault="00D15D32">
      <w:pPr>
        <w:pStyle w:val="AfterTable"/>
        <w:rPr>
          <w:lang w:val="nn-NO"/>
        </w:rPr>
      </w:pPr>
    </w:p>
    <w:p w14:paraId="7EDF12E0" w14:textId="5D194C82" w:rsidR="00CF17C7" w:rsidRPr="00C13460" w:rsidRDefault="00675CD8" w:rsidP="00420585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 xml:space="preserve">KORT SKILDRING AV PROSJEKTET (SAME TEKST SOM VERT LAGT INN I REGIONALFORVALTNING) </w:t>
      </w:r>
    </w:p>
    <w:tbl>
      <w:tblPr>
        <w:tblW w:w="10355" w:type="dxa"/>
        <w:tblInd w:w="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9"/>
        <w:gridCol w:w="8086"/>
      </w:tblGrid>
      <w:tr w:rsidR="00CF17C7" w:rsidRPr="00C13460" w14:paraId="0584C2A1" w14:textId="77777777" w:rsidTr="00CF17C7">
        <w:trPr>
          <w:trHeight w:val="1224"/>
        </w:trPr>
        <w:tc>
          <w:tcPr>
            <w:tcW w:w="2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80" w:type="dxa"/>
              <w:left w:w="227" w:type="dxa"/>
              <w:bottom w:w="80" w:type="dxa"/>
              <w:right w:w="0" w:type="dxa"/>
            </w:tcMar>
            <w:hideMark/>
          </w:tcPr>
          <w:p w14:paraId="4FF2CC9A" w14:textId="48B05959" w:rsidR="00CF17C7" w:rsidRPr="00C13460" w:rsidRDefault="00CF17C7">
            <w:pPr>
              <w:pStyle w:val="AfterTable"/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Prosjektskildring</w:t>
            </w:r>
          </w:p>
        </w:tc>
        <w:tc>
          <w:tcPr>
            <w:tcW w:w="80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0A0024B" w14:textId="77777777" w:rsidR="00CF17C7" w:rsidRPr="00C13460" w:rsidRDefault="00CF17C7">
            <w:pPr>
              <w:pStyle w:val="AfterTable"/>
              <w:rPr>
                <w:lang w:val="nn-NO"/>
              </w:rPr>
            </w:pPr>
            <w:r w:rsidRPr="00C13460">
              <w:rPr>
                <w:i/>
                <w:iCs/>
                <w:lang w:val="nn-NO"/>
              </w:rPr>
              <w:t>Skriv her</w:t>
            </w:r>
          </w:p>
        </w:tc>
      </w:tr>
    </w:tbl>
    <w:p w14:paraId="75802405" w14:textId="77777777" w:rsidR="00CF17C7" w:rsidRPr="00C13460" w:rsidRDefault="00CF17C7" w:rsidP="00CF17C7">
      <w:pPr>
        <w:rPr>
          <w:lang w:val="nn-NO"/>
        </w:rPr>
      </w:pPr>
    </w:p>
    <w:p w14:paraId="33F134DD" w14:textId="64BC4963" w:rsidR="00C52952" w:rsidRPr="00C13460" w:rsidRDefault="00675CD8" w:rsidP="00420585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>AKTØRAR I PROSJEKTET</w:t>
      </w:r>
    </w:p>
    <w:p w14:paraId="769F5AAE" w14:textId="77777777" w:rsidR="00C52952" w:rsidRPr="00C13460" w:rsidRDefault="00C52952">
      <w:pPr>
        <w:pStyle w:val="AfterTable"/>
        <w:rPr>
          <w:lang w:val="nn-NO"/>
        </w:rPr>
      </w:pPr>
    </w:p>
    <w:p w14:paraId="57D3FBDF" w14:textId="278739A5" w:rsidR="00D15D32" w:rsidRPr="00C13460" w:rsidRDefault="00BE2C28">
      <w:pPr>
        <w:rPr>
          <w:lang w:val="nn-NO"/>
        </w:rPr>
      </w:pPr>
      <w:r w:rsidRPr="00C13460">
        <w:rPr>
          <w:lang w:val="nn-NO"/>
        </w:rPr>
        <w:t>Før opp deltakande aktørar</w:t>
      </w:r>
      <w:r w:rsidR="00B809B0" w:rsidRPr="00C13460">
        <w:rPr>
          <w:lang w:val="nn-NO"/>
        </w:rPr>
        <w:t xml:space="preserve"> i p</w:t>
      </w:r>
      <w:r w:rsidR="006B057D" w:rsidRPr="00C13460">
        <w:rPr>
          <w:lang w:val="nn-NO"/>
        </w:rPr>
        <w:t>r</w:t>
      </w:r>
      <w:r w:rsidR="00B809B0" w:rsidRPr="00C13460">
        <w:rPr>
          <w:lang w:val="nn-NO"/>
        </w:rPr>
        <w:t>osjektet</w:t>
      </w:r>
      <w:r w:rsidRPr="00C13460">
        <w:rPr>
          <w:lang w:val="nn-NO"/>
        </w:rPr>
        <w:t>. Legg ved avtalar eller annan dokumentasjon av forankring og ressursinnsats.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52"/>
        <w:gridCol w:w="2880"/>
        <w:gridCol w:w="4608"/>
      </w:tblGrid>
      <w:tr w:rsidR="00D15D32" w:rsidRPr="00C13460" w14:paraId="0D1E624A" w14:textId="77777777" w:rsidTr="5EDE8990">
        <w:trPr>
          <w:cantSplit/>
          <w:tblHeader/>
        </w:trPr>
        <w:tc>
          <w:tcPr>
            <w:tcW w:w="29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2742087" w14:textId="77777777" w:rsidR="00CF4EA4" w:rsidRPr="00C13460" w:rsidRDefault="00BE2C28">
            <w:pPr>
              <w:pStyle w:val="TableBody"/>
              <w:rPr>
                <w:b/>
                <w:color w:val="FFFFFF"/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Bedrift eller annan aktør</w:t>
            </w:r>
            <w:r w:rsidR="00CF4EA4" w:rsidRPr="00C13460">
              <w:rPr>
                <w:b/>
                <w:color w:val="FFFFFF"/>
                <w:lang w:val="nn-NO"/>
              </w:rPr>
              <w:t xml:space="preserve"> </w:t>
            </w:r>
          </w:p>
          <w:p w14:paraId="7A726F34" w14:textId="4D604CEE" w:rsidR="00D15D32" w:rsidRPr="00C13460" w:rsidRDefault="00CF4EA4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(inkl org.nr)</w:t>
            </w: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3210BE3" w14:textId="77777777" w:rsidR="00D15D32" w:rsidRPr="00C13460" w:rsidRDefault="00BE2C28">
            <w:pPr>
              <w:pStyle w:val="TableBody"/>
            </w:pPr>
            <w:r w:rsidRPr="5EDE8990">
              <w:rPr>
                <w:b/>
                <w:color w:val="FFFFFF" w:themeColor="background1"/>
              </w:rPr>
              <w:t>Rolle i hubben</w:t>
            </w:r>
          </w:p>
        </w:tc>
        <w:tc>
          <w:tcPr>
            <w:tcW w:w="46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5D1CFD0" w14:textId="77777777" w:rsidR="00D15D32" w:rsidRPr="00C13460" w:rsidRDefault="00BE2C28">
            <w:pPr>
              <w:pStyle w:val="TableBody"/>
            </w:pPr>
            <w:r w:rsidRPr="5EDE8990">
              <w:rPr>
                <w:b/>
                <w:color w:val="FFFFFF" w:themeColor="background1"/>
              </w:rPr>
              <w:t>Forplikting og bidrag</w:t>
            </w:r>
          </w:p>
        </w:tc>
      </w:tr>
      <w:tr w:rsidR="00D15D32" w:rsidRPr="00C13460" w14:paraId="6C912577" w14:textId="77777777" w:rsidTr="5EDE8990">
        <w:trPr>
          <w:cantSplit/>
          <w:trHeight w:val="518"/>
        </w:trPr>
        <w:tc>
          <w:tcPr>
            <w:tcW w:w="29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1AD70F2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08"/>
                <w:tag w:val="F008"/>
                <w:id w:val="-141523921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6E0B376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09"/>
                <w:tag w:val="F009"/>
                <w:id w:val="-1432195982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46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0B6AF2E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0"/>
                <w:tag w:val="F010"/>
                <w:id w:val="383146862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1E3F7A83" w14:textId="77777777" w:rsidTr="5EDE8990">
        <w:trPr>
          <w:cantSplit/>
          <w:trHeight w:val="518"/>
        </w:trPr>
        <w:tc>
          <w:tcPr>
            <w:tcW w:w="29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757319B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1"/>
                <w:tag w:val="F011"/>
                <w:id w:val="237838191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4CCA54B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2"/>
                <w:tag w:val="F012"/>
                <w:id w:val="33312302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46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81BB10E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3"/>
                <w:tag w:val="F013"/>
                <w:id w:val="138884051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0E4DA354" w14:textId="77777777" w:rsidTr="5EDE8990">
        <w:trPr>
          <w:cantSplit/>
          <w:trHeight w:val="518"/>
        </w:trPr>
        <w:tc>
          <w:tcPr>
            <w:tcW w:w="29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44BB023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4"/>
                <w:tag w:val="F014"/>
                <w:id w:val="-84925799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2B2ABE6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5"/>
                <w:tag w:val="F015"/>
                <w:id w:val="1458757559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46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63A37DF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6"/>
                <w:tag w:val="F016"/>
                <w:id w:val="-990165909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072858B0" w14:textId="77777777" w:rsidTr="5EDE8990">
        <w:trPr>
          <w:cantSplit/>
          <w:trHeight w:val="518"/>
        </w:trPr>
        <w:tc>
          <w:tcPr>
            <w:tcW w:w="29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37F8BB5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7"/>
                <w:tag w:val="F017"/>
                <w:id w:val="-1103190010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56BFD8F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8"/>
                <w:tag w:val="F018"/>
                <w:id w:val="197694714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46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8A25724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19"/>
                <w:tag w:val="F019"/>
                <w:id w:val="1307277446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31DF04E5" w14:textId="77777777" w:rsidR="00D15D32" w:rsidRPr="00C13460" w:rsidRDefault="00D15D32">
      <w:pPr>
        <w:pStyle w:val="AfterTable"/>
        <w:rPr>
          <w:lang w:val="nn-NO"/>
        </w:rPr>
      </w:pPr>
    </w:p>
    <w:p w14:paraId="53CB9E6E" w14:textId="4A1E10C2" w:rsidR="00D15D32" w:rsidRPr="00C13460" w:rsidRDefault="00675CD8" w:rsidP="00420585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>OPPFYLLING AV MINSTEKRAVA</w:t>
      </w:r>
    </w:p>
    <w:p w14:paraId="6059339A" w14:textId="4FD2DF91" w:rsidR="00420585" w:rsidRPr="00C13460" w:rsidRDefault="006B057D" w:rsidP="00420585">
      <w:pPr>
        <w:keepNext/>
        <w:rPr>
          <w:i/>
          <w:iCs/>
          <w:lang w:val="nn-NO"/>
        </w:rPr>
      </w:pPr>
      <w:r w:rsidRPr="00C13460">
        <w:rPr>
          <w:lang w:val="nn-NO"/>
        </w:rPr>
        <w:t xml:space="preserve">Stadfest oppfylling av </w:t>
      </w:r>
      <w:r w:rsidR="00185058" w:rsidRPr="00C13460">
        <w:rPr>
          <w:lang w:val="nn-NO"/>
        </w:rPr>
        <w:t>kvart minstekrav</w:t>
      </w:r>
      <w:r w:rsidRPr="00C13460">
        <w:rPr>
          <w:lang w:val="nn-NO"/>
        </w:rPr>
        <w:t xml:space="preserve">. </w:t>
      </w:r>
      <w:r w:rsidR="00420585" w:rsidRPr="00C13460">
        <w:rPr>
          <w:lang w:val="nn-NO"/>
        </w:rPr>
        <w:t xml:space="preserve">Alle </w:t>
      </w:r>
      <w:r w:rsidRPr="00C13460">
        <w:rPr>
          <w:lang w:val="nn-NO"/>
        </w:rPr>
        <w:t>minstek</w:t>
      </w:r>
      <w:r w:rsidR="00420585" w:rsidRPr="00C13460">
        <w:rPr>
          <w:lang w:val="nn-NO"/>
        </w:rPr>
        <w:t xml:space="preserve">rava må vere oppfylte for at søknaden skal kunne vurderast for tilskot. </w:t>
      </w:r>
      <w:r w:rsidRPr="00C13460">
        <w:rPr>
          <w:lang w:val="nn-NO"/>
        </w:rPr>
        <w:t xml:space="preserve">Dokumentasjon for </w:t>
      </w:r>
      <w:r w:rsidR="00EF6565" w:rsidRPr="00C13460">
        <w:rPr>
          <w:lang w:val="nn-NO"/>
        </w:rPr>
        <w:t>oppfylling vil vera oppdatert faktaark, med utfyllande informasjon – sjå eks. (f</w:t>
      </w:r>
      <w:r w:rsidR="00420585" w:rsidRPr="00C13460">
        <w:rPr>
          <w:i/>
          <w:iCs/>
          <w:lang w:val="nn-NO"/>
        </w:rPr>
        <w:t>rå Lene)</w:t>
      </w:r>
    </w:p>
    <w:p w14:paraId="3EC45196" w14:textId="77777777" w:rsidR="0012342A" w:rsidRPr="00C13460" w:rsidRDefault="0012342A" w:rsidP="00185058">
      <w:pPr>
        <w:pStyle w:val="AfterTable"/>
        <w:rPr>
          <w:lang w:val="nn-NO"/>
        </w:rPr>
      </w:pPr>
    </w:p>
    <w:tbl>
      <w:tblPr>
        <w:tblW w:w="10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432"/>
        <w:gridCol w:w="1008"/>
      </w:tblGrid>
      <w:tr w:rsidR="00185058" w:rsidRPr="00C13460" w14:paraId="38ADD2B2" w14:textId="77777777" w:rsidTr="5EDE8990"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169CC1C5" w14:textId="77777777" w:rsidR="00185058" w:rsidRPr="00C13460" w:rsidRDefault="00185058" w:rsidP="00185058">
            <w:pPr>
              <w:pStyle w:val="AfterTable"/>
              <w:rPr>
                <w:color w:val="FFFFFF" w:themeColor="background1"/>
                <w:lang w:val="nn-NO"/>
              </w:rPr>
            </w:pPr>
            <w:r w:rsidRPr="00C13460">
              <w:rPr>
                <w:b/>
                <w:bCs/>
                <w:color w:val="FFFFFF" w:themeColor="background1"/>
                <w:lang w:val="nn-NO"/>
              </w:rPr>
              <w:t>Minstekrav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6C257C5" w14:textId="77777777" w:rsidR="00185058" w:rsidRPr="00C13460" w:rsidRDefault="00185058" w:rsidP="0012342A">
            <w:pPr>
              <w:pStyle w:val="AfterTable"/>
              <w:jc w:val="center"/>
              <w:rPr>
                <w:color w:val="FFFFFF" w:themeColor="background1"/>
                <w:lang w:val="nn-NO"/>
              </w:rPr>
            </w:pPr>
            <w:r w:rsidRPr="00C13460">
              <w:rPr>
                <w:b/>
                <w:bCs/>
                <w:color w:val="FFFFFF" w:themeColor="background1"/>
                <w:lang w:val="nn-NO"/>
              </w:rPr>
              <w:t>Oppfylt</w:t>
            </w:r>
          </w:p>
        </w:tc>
      </w:tr>
      <w:tr w:rsidR="00185058" w:rsidRPr="00C13460" w14:paraId="3B3DD043" w14:textId="77777777" w:rsidTr="5EDE8990">
        <w:trPr>
          <w:trHeight w:val="418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6FD1F687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1. Samfunnspotensial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64EB8AEF" w14:textId="77777777" w:rsidR="00185058" w:rsidRPr="00C13460" w:rsidRDefault="00185058" w:rsidP="0012342A">
            <w:pPr>
              <w:pStyle w:val="AfterTable"/>
              <w:jc w:val="center"/>
              <w:rPr>
                <w:lang w:val="nn-NO"/>
              </w:rPr>
            </w:pPr>
          </w:p>
        </w:tc>
      </w:tr>
      <w:tr w:rsidR="00185058" w:rsidRPr="00C13460" w14:paraId="0CB414A8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4D6B6139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Kjerneaktiviteten i hubben er lokalisert i eit geografisk område der nærleik og planavklart areal gir praktiske føresetnader for industriell aktivitet og deling av ressursar, energi og infrastruktur, også i samspel med aktørar utanfor hubben.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B7D9B1B" w14:textId="727BAA3F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68008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0B5C2C6A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73892D32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Hubben har identifisert og konkretisert industrielle symbiosar eller andre sirkulære tiltak som skal utviklast eller realiserast.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097D1E5" w14:textId="68623A19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-173022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1FB394CD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6A209979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Samarbeidet har eit konkret potensial for betre ressursutnytting og reduserte utslepp, samanlikna med isolert drift.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FACB548" w14:textId="0EE912BB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47864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7438B7D5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476049E0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lastRenderedPageBreak/>
              <w:t>Gjennom samarbeid og betre ressursutnytting skal hubben bidra til utsleppskutt, innovasjon og utvikling av arbeidsplassar som gir auka attraktivitet og konkurransekraft over tid.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3FEE234" w14:textId="35598E2A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92237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3904FA57" w14:textId="77777777" w:rsidTr="5EDE8990">
        <w:trPr>
          <w:trHeight w:val="418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3EF16981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2. Forankring og forplikting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E694EE8" w14:textId="77777777" w:rsidR="00185058" w:rsidRPr="00C13460" w:rsidRDefault="00185058" w:rsidP="0012342A">
            <w:pPr>
              <w:pStyle w:val="AfterTable"/>
              <w:jc w:val="center"/>
              <w:rPr>
                <w:lang w:val="nn-NO"/>
              </w:rPr>
            </w:pPr>
          </w:p>
        </w:tc>
      </w:tr>
      <w:tr w:rsidR="00185058" w:rsidRPr="00C13460" w14:paraId="0D49390A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0F04B034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Deltakinga i hubben er forankra hjå leiinga eller eigarane i dei deltakande bedriftene.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1E87124" w14:textId="12CD7E7C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91898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337D5C18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4D1DE8A2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Deltakarane har lagt til rette for samarbeid over tid gjennom felles arenaer, arbeidsformer og avtalar som gir rom for utvikling og prioritering.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F726AF1" w14:textId="0224621F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68980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12543B6D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6B42D590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Hubben er forankra i vertskommunen, hjå grunneigar og andre relevante aktørar, og arbeider aktivt med areal- og planforhold som har betydning for utviklinga.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E07F523" w14:textId="3E4A4546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39400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5ED6B0EA" w14:textId="77777777" w:rsidTr="5EDE8990">
        <w:trPr>
          <w:trHeight w:val="418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447873E1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3. Organisering og modenheit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C0249D1" w14:textId="77777777" w:rsidR="00185058" w:rsidRPr="00C13460" w:rsidRDefault="00185058" w:rsidP="0012342A">
            <w:pPr>
              <w:pStyle w:val="AfterTable"/>
              <w:jc w:val="center"/>
              <w:rPr>
                <w:lang w:val="nn-NO"/>
              </w:rPr>
            </w:pPr>
          </w:p>
        </w:tc>
      </w:tr>
      <w:tr w:rsidR="00185058" w:rsidRPr="00C13460" w14:paraId="529C6FE8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6D4DE09D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Hubben har ein tydeleg samarbeidsmodell med avklarte roller, ansvar og avgjerdsstruktur.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FAEDE8B" w14:textId="5AA66006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19726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5DB35BE5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567E0952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Hubben har ein dedikert fasilitator med avklart mandat og ressursar. Fasilitatoren er eit fast kontaktpunkt og koordinerer intern og ekstern samhandling.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C387A29" w14:textId="071A31F8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105319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  <w:tr w:rsidR="00185058" w:rsidRPr="00C13460" w14:paraId="081F5D7D" w14:textId="77777777" w:rsidTr="5EDE8990">
        <w:trPr>
          <w:trHeight w:val="562"/>
        </w:trPr>
        <w:tc>
          <w:tcPr>
            <w:tcW w:w="94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227" w:type="dxa"/>
              <w:bottom w:w="50" w:type="dxa"/>
              <w:right w:w="0" w:type="dxa"/>
            </w:tcMar>
            <w:vAlign w:val="center"/>
            <w:hideMark/>
          </w:tcPr>
          <w:p w14:paraId="44D95AB3" w14:textId="77777777" w:rsidR="00185058" w:rsidRPr="00C13460" w:rsidRDefault="00185058" w:rsidP="00185058">
            <w:pPr>
              <w:pStyle w:val="AfterTable"/>
              <w:rPr>
                <w:lang w:val="nn-NO"/>
              </w:rPr>
            </w:pPr>
            <w:r w:rsidRPr="00C13460">
              <w:rPr>
                <w:lang w:val="nn-NO"/>
              </w:rPr>
              <w:t>Hubben har arbeidsform, kapasitet og kompetanse til å utvikle og realisere prioriterte tiltak.</w:t>
            </w:r>
          </w:p>
        </w:tc>
        <w:tc>
          <w:tcPr>
            <w:tcW w:w="100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61795E31" w14:textId="11179523" w:rsidR="00185058" w:rsidRPr="00C13460" w:rsidRDefault="00AF2972" w:rsidP="0012342A">
            <w:pPr>
              <w:pStyle w:val="AfterTable"/>
              <w:jc w:val="center"/>
              <w:rPr>
                <w:lang w:val="nn-NO"/>
              </w:rPr>
            </w:pPr>
            <w:sdt>
              <w:sdtPr>
                <w:rPr>
                  <w:lang w:val="nn-NO"/>
                </w:rPr>
                <w:id w:val="-117649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42A" w:rsidRPr="00C13460">
                  <w:rPr>
                    <w:rFonts w:ascii="MS Gothic" w:eastAsia="MS Gothic" w:hAnsi="MS Gothic"/>
                    <w:lang w:val="nn-NO"/>
                  </w:rPr>
                  <w:t>☐</w:t>
                </w:r>
              </w:sdtContent>
            </w:sdt>
          </w:p>
        </w:tc>
      </w:tr>
    </w:tbl>
    <w:p w14:paraId="3652362A" w14:textId="77777777" w:rsidR="00185058" w:rsidRPr="00C13460" w:rsidRDefault="00185058" w:rsidP="00185058">
      <w:pPr>
        <w:pStyle w:val="AfterTable"/>
        <w:rPr>
          <w:vanish/>
          <w:lang w:val="nn-NO"/>
        </w:rPr>
      </w:pPr>
    </w:p>
    <w:p w14:paraId="50BE0930" w14:textId="77777777" w:rsidR="00D15D32" w:rsidRPr="00C13460" w:rsidRDefault="00D15D32">
      <w:pPr>
        <w:pStyle w:val="AfterTable"/>
        <w:rPr>
          <w:lang w:val="nn-NO"/>
        </w:rPr>
      </w:pPr>
    </w:p>
    <w:p w14:paraId="09346D69" w14:textId="77777777" w:rsidR="0012342A" w:rsidRPr="00C13460" w:rsidRDefault="0012342A">
      <w:pPr>
        <w:pStyle w:val="AfterTable"/>
        <w:rPr>
          <w:lang w:val="nn-NO"/>
        </w:rPr>
      </w:pPr>
    </w:p>
    <w:tbl>
      <w:tblPr>
        <w:tblW w:w="10355" w:type="dxa"/>
        <w:tblInd w:w="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31"/>
        <w:gridCol w:w="6624"/>
      </w:tblGrid>
      <w:tr w:rsidR="0012342A" w:rsidRPr="00C13460" w14:paraId="1EC2B4C4" w14:textId="77777777" w:rsidTr="0012342A">
        <w:trPr>
          <w:trHeight w:val="1224"/>
        </w:trPr>
        <w:tc>
          <w:tcPr>
            <w:tcW w:w="3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80" w:type="dxa"/>
              <w:left w:w="227" w:type="dxa"/>
              <w:bottom w:w="80" w:type="dxa"/>
              <w:right w:w="0" w:type="dxa"/>
            </w:tcMar>
            <w:hideMark/>
          </w:tcPr>
          <w:p w14:paraId="349C0D03" w14:textId="77777777" w:rsidR="0012342A" w:rsidRPr="00C13460" w:rsidRDefault="0012342A">
            <w:pPr>
              <w:pStyle w:val="AfterTable"/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Utfyllande opplysningar og tilvising til vedlegg</w:t>
            </w:r>
          </w:p>
        </w:tc>
        <w:tc>
          <w:tcPr>
            <w:tcW w:w="66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1AC0182" w14:textId="77777777" w:rsidR="0012342A" w:rsidRPr="00C13460" w:rsidRDefault="0012342A">
            <w:pPr>
              <w:pStyle w:val="AfterTable"/>
              <w:rPr>
                <w:lang w:val="nn-NO"/>
              </w:rPr>
            </w:pPr>
            <w:r w:rsidRPr="00C13460">
              <w:rPr>
                <w:i/>
                <w:iCs/>
                <w:lang w:val="nn-NO"/>
              </w:rPr>
              <w:t>Skriv her</w:t>
            </w:r>
          </w:p>
        </w:tc>
      </w:tr>
    </w:tbl>
    <w:p w14:paraId="7124EFF2" w14:textId="77777777" w:rsidR="0012342A" w:rsidRPr="00C13460" w:rsidRDefault="0012342A">
      <w:pPr>
        <w:pStyle w:val="AfterTable"/>
        <w:rPr>
          <w:lang w:val="nn-NO"/>
        </w:rPr>
      </w:pPr>
    </w:p>
    <w:p w14:paraId="454F173F" w14:textId="6BE80150" w:rsidR="0069604A" w:rsidRPr="00C13460" w:rsidRDefault="00675CD8" w:rsidP="0069604A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>OVERORDNA OVERSIKT OVER PRIORITERTE INDUSTRIELLE SYMBIOSAR OG ANDRE SIRKULÆRE INITIATIV: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672"/>
      </w:tblGrid>
      <w:tr w:rsidR="0069604A" w:rsidRPr="00C13460" w14:paraId="57E5EFEB" w14:textId="77777777" w:rsidTr="5EDE8990">
        <w:trPr>
          <w:cantSplit/>
          <w:tblHeader/>
        </w:trPr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63BA2A8" w14:textId="77777777" w:rsidR="0069604A" w:rsidRPr="00C13460" w:rsidRDefault="0069604A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Initiativ og aktørar</w:t>
            </w:r>
          </w:p>
        </w:tc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8DBC78C" w14:textId="77777777" w:rsidR="0069604A" w:rsidRPr="00C13460" w:rsidRDefault="0069604A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Status og barriere</w:t>
            </w:r>
          </w:p>
        </w:tc>
        <w:tc>
          <w:tcPr>
            <w:tcW w:w="36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2830865" w14:textId="398DAC94" w:rsidR="0069604A" w:rsidRPr="00C13460" w:rsidRDefault="00DF52EB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 xml:space="preserve">Moglege løysingar som skal </w:t>
            </w:r>
            <w:r w:rsidR="000552C8" w:rsidRPr="00C13460">
              <w:rPr>
                <w:b/>
                <w:color w:val="FFFFFF"/>
                <w:lang w:val="nn-NO"/>
              </w:rPr>
              <w:t xml:space="preserve">testast fram mot </w:t>
            </w:r>
            <w:r w:rsidR="0069604A" w:rsidRPr="00C13460">
              <w:rPr>
                <w:b/>
                <w:color w:val="FFFFFF"/>
                <w:lang w:val="nn-NO"/>
              </w:rPr>
              <w:t>2028</w:t>
            </w:r>
            <w:r w:rsidR="000552C8" w:rsidRPr="00C13460">
              <w:rPr>
                <w:b/>
                <w:color w:val="FFFFFF"/>
                <w:lang w:val="nn-NO"/>
              </w:rPr>
              <w:t xml:space="preserve"> (input frå Kathrin)</w:t>
            </w:r>
          </w:p>
        </w:tc>
      </w:tr>
      <w:tr w:rsidR="0069604A" w:rsidRPr="00C13460" w14:paraId="667679D0" w14:textId="77777777" w:rsidTr="5EDE8990">
        <w:trPr>
          <w:cantSplit/>
          <w:trHeight w:val="518"/>
        </w:trPr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B31F36C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5"/>
                <w:tag w:val="F035"/>
                <w:id w:val="48805163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6544309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6"/>
                <w:tag w:val="F036"/>
                <w:id w:val="-882482953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6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99C9113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7"/>
                <w:tag w:val="F037"/>
                <w:id w:val="331266591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10E2AF3B" w14:textId="77777777" w:rsidTr="5EDE8990">
        <w:trPr>
          <w:cantSplit/>
          <w:trHeight w:val="518"/>
        </w:trPr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A2C20B0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8"/>
                <w:tag w:val="F038"/>
                <w:id w:val="-1099014614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9EEF101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9"/>
                <w:tag w:val="F039"/>
                <w:id w:val="-582064914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6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EA090E0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0"/>
                <w:tag w:val="F040"/>
                <w:id w:val="1172917425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289BAC90" w14:textId="77777777" w:rsidTr="5EDE8990">
        <w:trPr>
          <w:cantSplit/>
          <w:trHeight w:val="518"/>
        </w:trPr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3691358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1"/>
                <w:tag w:val="F041"/>
                <w:id w:val="1418829297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117F78D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2"/>
                <w:tag w:val="F042"/>
                <w:id w:val="-285045989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6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F80BB3C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3"/>
                <w:tag w:val="F043"/>
                <w:id w:val="1362010955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7737D9E4" w14:textId="77777777" w:rsidR="0069604A" w:rsidRPr="00C13460" w:rsidRDefault="0069604A" w:rsidP="0069604A">
      <w:pPr>
        <w:pStyle w:val="AfterTable"/>
        <w:rPr>
          <w:lang w:val="nn-NO"/>
        </w:rPr>
      </w:pPr>
    </w:p>
    <w:p w14:paraId="27F38C03" w14:textId="77777777" w:rsidR="0069604A" w:rsidRPr="00C13460" w:rsidRDefault="0069604A">
      <w:pPr>
        <w:pStyle w:val="AfterTable"/>
        <w:rPr>
          <w:lang w:val="nn-NO"/>
        </w:rPr>
      </w:pPr>
    </w:p>
    <w:p w14:paraId="256FB383" w14:textId="77777777" w:rsidR="00113C58" w:rsidRPr="00C13460" w:rsidRDefault="00113C58">
      <w:pPr>
        <w:pStyle w:val="AfterTable"/>
        <w:rPr>
          <w:lang w:val="nn-NO"/>
        </w:rPr>
      </w:pPr>
    </w:p>
    <w:p w14:paraId="2E0FA9C7" w14:textId="77777777" w:rsidR="00113C58" w:rsidRPr="00C13460" w:rsidRDefault="00113C58">
      <w:pPr>
        <w:pStyle w:val="AfterTable"/>
        <w:rPr>
          <w:lang w:val="nn-NO"/>
        </w:rPr>
      </w:pPr>
    </w:p>
    <w:p w14:paraId="36662739" w14:textId="77777777" w:rsidR="00C52952" w:rsidRPr="00C13460" w:rsidRDefault="00C52952">
      <w:pPr>
        <w:pStyle w:val="AfterTable"/>
        <w:rPr>
          <w:lang w:val="nn-NO"/>
        </w:rPr>
      </w:pPr>
    </w:p>
    <w:p w14:paraId="2F47EF5E" w14:textId="0BB3E0B1" w:rsidR="0069604A" w:rsidRPr="00C13460" w:rsidRDefault="00675CD8" w:rsidP="0069604A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lastRenderedPageBreak/>
        <w:t xml:space="preserve">UTFYLLANDE PLAN FOR AKTIVITETAR OG MILEPÆLAR. </w:t>
      </w:r>
    </w:p>
    <w:p w14:paraId="75B6ACE2" w14:textId="77777777" w:rsidR="0069604A" w:rsidRPr="00C13460" w:rsidRDefault="0069604A" w:rsidP="0069604A">
      <w:pPr>
        <w:rPr>
          <w:lang w:val="nn-NO"/>
        </w:rPr>
      </w:pPr>
      <w:r w:rsidRPr="00C13460">
        <w:rPr>
          <w:lang w:val="nn-NO"/>
        </w:rPr>
        <w:t xml:space="preserve">Her skildrar de dei konkrete aktivitetane som skal gjennomførast i prosjektperioden. Budsjetter dei same aktivitetane i det obligatoriske aktivitetsbudsjettet.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16"/>
        <w:gridCol w:w="2880"/>
        <w:gridCol w:w="3744"/>
      </w:tblGrid>
      <w:tr w:rsidR="0069604A" w:rsidRPr="00C13460" w14:paraId="06D8FE4D" w14:textId="77777777" w:rsidTr="5EDE8990">
        <w:trPr>
          <w:cantSplit/>
          <w:tblHeader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C1352BC" w14:textId="77777777" w:rsidR="0069604A" w:rsidRPr="00C13460" w:rsidRDefault="0069604A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Aktivitet og ansvar</w:t>
            </w: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C59E139" w14:textId="77777777" w:rsidR="0069604A" w:rsidRPr="00C13460" w:rsidRDefault="0069604A">
            <w:pPr>
              <w:pStyle w:val="TableBody"/>
              <w:rPr>
                <w:lang w:val="nn-NO"/>
              </w:rPr>
            </w:pPr>
            <w:r w:rsidRPr="5EDE8990">
              <w:rPr>
                <w:b/>
                <w:color w:val="FFFFFF" w:themeColor="background1"/>
                <w:lang w:val="nn-NO"/>
              </w:rPr>
              <w:t>Tidspunkt og milepæl</w:t>
            </w:r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03B5B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F2202F9" w14:textId="77777777" w:rsidR="0069604A" w:rsidRPr="00C13460" w:rsidRDefault="0069604A">
            <w:pPr>
              <w:pStyle w:val="TableBody"/>
              <w:rPr>
                <w:lang w:val="nn-NO"/>
              </w:rPr>
            </w:pPr>
            <w:r w:rsidRPr="00C13460">
              <w:rPr>
                <w:b/>
                <w:color w:val="FFFFFF"/>
                <w:lang w:val="nn-NO"/>
              </w:rPr>
              <w:t>Venta resultat</w:t>
            </w:r>
          </w:p>
        </w:tc>
      </w:tr>
      <w:tr w:rsidR="0069604A" w:rsidRPr="00C13460" w14:paraId="4D5DD231" w14:textId="77777777" w:rsidTr="5EDE8990">
        <w:trPr>
          <w:cantSplit/>
          <w:trHeight w:val="518"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4DA07C8E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4"/>
                <w:tag w:val="F044"/>
                <w:id w:val="1142074303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0D73059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5"/>
                <w:tag w:val="F045"/>
                <w:id w:val="502793343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A669B39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6"/>
                <w:tag w:val="F046"/>
                <w:id w:val="965627045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6B894DE9" w14:textId="77777777" w:rsidTr="5EDE8990">
        <w:trPr>
          <w:cantSplit/>
          <w:trHeight w:val="518"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3557EA4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7"/>
                <w:tag w:val="F047"/>
                <w:id w:val="-1737616276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1E80F14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8"/>
                <w:tag w:val="F048"/>
                <w:id w:val="1216088292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E974044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49"/>
                <w:tag w:val="F049"/>
                <w:id w:val="1674219025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5FD45CAC" w14:textId="77777777" w:rsidTr="5EDE8990">
        <w:trPr>
          <w:cantSplit/>
          <w:trHeight w:val="518"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D7EE25A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0"/>
                <w:tag w:val="F050"/>
                <w:id w:val="960996709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7BE502A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1"/>
                <w:tag w:val="F051"/>
                <w:id w:val="-1920627511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B164150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2"/>
                <w:tag w:val="F052"/>
                <w:id w:val="368035874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6906F2C4" w14:textId="77777777" w:rsidTr="5EDE8990">
        <w:trPr>
          <w:cantSplit/>
          <w:trHeight w:val="518"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0F41EAE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3"/>
                <w:tag w:val="F053"/>
                <w:id w:val="-640266362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049DE23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4"/>
                <w:tag w:val="F054"/>
                <w:id w:val="-1105732144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FAF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CDBD855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5"/>
                <w:tag w:val="F055"/>
                <w:id w:val="1065232298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69604A" w:rsidRPr="00C13460" w14:paraId="00A98E49" w14:textId="77777777" w:rsidTr="5EDE8990">
        <w:trPr>
          <w:cantSplit/>
          <w:trHeight w:val="518"/>
        </w:trPr>
        <w:tc>
          <w:tcPr>
            <w:tcW w:w="38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4A9C4AC1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6"/>
                <w:tag w:val="F056"/>
                <w:id w:val="1410280414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8ECAA20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7"/>
                <w:tag w:val="F057"/>
                <w:id w:val="690417063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  <w:tc>
          <w:tcPr>
            <w:tcW w:w="37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A476990" w14:textId="77777777" w:rsidR="0069604A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58"/>
                <w:tag w:val="F058"/>
                <w:id w:val="-2095777629"/>
                <w:text/>
              </w:sdtPr>
              <w:sdtEndPr/>
              <w:sdtContent>
                <w:r w:rsidR="0069604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03C43940" w14:textId="77777777" w:rsidR="0069604A" w:rsidRPr="00C13460" w:rsidRDefault="0069604A" w:rsidP="0069604A">
      <w:pPr>
        <w:pStyle w:val="AfterTable"/>
        <w:rPr>
          <w:lang w:val="nn-NO"/>
        </w:rPr>
      </w:pPr>
    </w:p>
    <w:p w14:paraId="6130040D" w14:textId="77777777" w:rsidR="00C52952" w:rsidRPr="00C13460" w:rsidRDefault="00C52952">
      <w:pPr>
        <w:pStyle w:val="AfterTable"/>
        <w:rPr>
          <w:lang w:val="nn-NO"/>
        </w:rPr>
      </w:pPr>
    </w:p>
    <w:p w14:paraId="25735752" w14:textId="1CAF3800" w:rsidR="00D15D32" w:rsidRPr="00C13460" w:rsidRDefault="00675CD8" w:rsidP="001A338C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>UTVELJINGSKRITERIUM – UTFYLLANDE SKILDRING AV PROSJEKT OG AKTIVITETAR 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5"/>
        <w:gridCol w:w="5505"/>
      </w:tblGrid>
      <w:tr w:rsidR="00C52952" w:rsidRPr="00C13460" w14:paraId="5E7BCC04" w14:textId="77777777" w:rsidTr="5EDE8990">
        <w:trPr>
          <w:cantSplit/>
          <w:trHeight w:val="533"/>
        </w:trPr>
        <w:tc>
          <w:tcPr>
            <w:tcW w:w="49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BE5F1" w:themeFill="accent1" w:themeFillTint="3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73F06AC" w14:textId="6766977F" w:rsidR="00C52952" w:rsidRPr="00C13460" w:rsidRDefault="00C52952" w:rsidP="0053505D">
            <w:pPr>
              <w:spacing w:after="0"/>
              <w:rPr>
                <w:b/>
                <w:bCs/>
                <w:lang w:val="nn-NO"/>
              </w:rPr>
            </w:pPr>
            <w:r w:rsidRPr="00C13460">
              <w:rPr>
                <w:b/>
                <w:bCs/>
                <w:lang w:val="nn-NO"/>
              </w:rPr>
              <w:t>Utvelj</w:t>
            </w:r>
            <w:r w:rsidR="0066643C" w:rsidRPr="00C13460">
              <w:rPr>
                <w:b/>
                <w:bCs/>
                <w:lang w:val="nn-NO"/>
              </w:rPr>
              <w:t>ingskriterium</w:t>
            </w:r>
            <w:r w:rsidR="0025203A" w:rsidRPr="00C13460">
              <w:rPr>
                <w:b/>
                <w:bCs/>
                <w:lang w:val="nn-NO"/>
              </w:rPr>
              <w:t xml:space="preserve"> med forklaring</w:t>
            </w:r>
          </w:p>
        </w:tc>
        <w:tc>
          <w:tcPr>
            <w:tcW w:w="55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BE5F1" w:themeFill="accent1" w:themeFillTint="3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7EF9D8C" w14:textId="484E47D1" w:rsidR="00C52952" w:rsidRPr="00C13460" w:rsidRDefault="0066643C" w:rsidP="0053505D">
            <w:pPr>
              <w:rPr>
                <w:lang w:val="nn-NO"/>
              </w:rPr>
            </w:pPr>
            <w:r w:rsidRPr="00C13460">
              <w:rPr>
                <w:b/>
                <w:bCs/>
                <w:lang w:val="nn-NO"/>
              </w:rPr>
              <w:t>Skildring av korleis prosjektet og aktivitetane skal følgje opp dette</w:t>
            </w:r>
            <w:r w:rsidR="0025203A" w:rsidRPr="00C13460">
              <w:rPr>
                <w:b/>
                <w:bCs/>
                <w:lang w:val="nn-NO"/>
              </w:rPr>
              <w:t xml:space="preserve">: </w:t>
            </w:r>
          </w:p>
        </w:tc>
      </w:tr>
      <w:tr w:rsidR="00D15D32" w:rsidRPr="00C13460" w14:paraId="64DFFBF0" w14:textId="77777777" w:rsidTr="5EDE8990">
        <w:trPr>
          <w:cantSplit/>
          <w:trHeight w:val="533"/>
        </w:trPr>
        <w:tc>
          <w:tcPr>
            <w:tcW w:w="49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E27B40E" w14:textId="45010A8A" w:rsidR="009627AF" w:rsidRPr="00C13460" w:rsidRDefault="002B02B1" w:rsidP="009627AF">
            <w:pPr>
              <w:rPr>
                <w:b/>
                <w:bCs/>
                <w:lang w:val="nn-NO"/>
              </w:rPr>
            </w:pPr>
            <w:r w:rsidRPr="00C13460">
              <w:rPr>
                <w:b/>
                <w:bCs/>
                <w:lang w:val="nn-NO"/>
              </w:rPr>
              <w:t xml:space="preserve">1. </w:t>
            </w:r>
            <w:r w:rsidR="009627AF" w:rsidRPr="00C13460">
              <w:rPr>
                <w:b/>
                <w:bCs/>
                <w:lang w:val="nn-NO"/>
              </w:rPr>
              <w:t>Samfunnspotensial og samfunnsnytte</w:t>
            </w:r>
          </w:p>
          <w:p w14:paraId="743331C2" w14:textId="77777777" w:rsidR="009627AF" w:rsidRPr="00C13460" w:rsidRDefault="009627AF" w:rsidP="009627AF">
            <w:pPr>
              <w:rPr>
                <w:lang w:val="nn-NO"/>
              </w:rPr>
            </w:pPr>
            <w:r w:rsidRPr="00C13460">
              <w:rPr>
                <w:lang w:val="nn-NO"/>
              </w:rPr>
              <w:t xml:space="preserve">Det vert lagt vekt på forventa gevinstar frå huben og dei prioriterte sirkulære initiativa. Vurderinga skal ta utgangspunkt i kva konkrete samfunns- og næringsmessige effektar initiativa kan gi dersom dei vert realiserte. </w:t>
            </w:r>
          </w:p>
          <w:p w14:paraId="6B08D3EA" w14:textId="77777777" w:rsidR="009627AF" w:rsidRPr="00C13460" w:rsidRDefault="009627AF" w:rsidP="009627AF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særleg vurdert potensial for:</w:t>
            </w:r>
          </w:p>
          <w:p w14:paraId="4CB69C56" w14:textId="77777777" w:rsidR="009627AF" w:rsidRPr="00C13460" w:rsidRDefault="009627AF" w:rsidP="009627AF">
            <w:pPr>
              <w:numPr>
                <w:ilvl w:val="0"/>
                <w:numId w:val="10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meir effektiv og sirkulær ressursbruk </w:t>
            </w:r>
          </w:p>
          <w:p w14:paraId="1498717A" w14:textId="77777777" w:rsidR="009627AF" w:rsidRPr="00C13460" w:rsidRDefault="009627AF" w:rsidP="009627AF">
            <w:pPr>
              <w:numPr>
                <w:ilvl w:val="0"/>
                <w:numId w:val="10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betre energiutnytting </w:t>
            </w:r>
          </w:p>
          <w:p w14:paraId="37460DD1" w14:textId="77777777" w:rsidR="009627AF" w:rsidRPr="00C13460" w:rsidRDefault="009627AF" w:rsidP="009627AF">
            <w:pPr>
              <w:numPr>
                <w:ilvl w:val="0"/>
                <w:numId w:val="10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smartare arealbruk og betre utnytting av eksisterande infrastruktur </w:t>
            </w:r>
          </w:p>
          <w:p w14:paraId="158CE31F" w14:textId="77777777" w:rsidR="009627AF" w:rsidRPr="00C13460" w:rsidRDefault="009627AF" w:rsidP="009627AF">
            <w:pPr>
              <w:numPr>
                <w:ilvl w:val="0"/>
                <w:numId w:val="10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utsleppskutt, innovasjon og utvikling av arbeidsplassar som gjev auka attraktivitet samt nasjonal og internasjonal konkurransekraft over tid.</w:t>
            </w:r>
            <w:r w:rsidRPr="00C13460">
              <w:rPr>
                <w:rFonts w:ascii="Times New Roman" w:hAnsi="Times New Roman" w:cs="Times New Roman"/>
                <w:lang w:val="nn-NO"/>
              </w:rPr>
              <w:t> </w:t>
            </w:r>
            <w:r w:rsidRPr="00C13460">
              <w:rPr>
                <w:lang w:val="nn-NO"/>
              </w:rPr>
              <w:t xml:space="preserve">. </w:t>
            </w:r>
          </w:p>
          <w:p w14:paraId="58F1C7B8" w14:textId="77777777" w:rsidR="009627AF" w:rsidRPr="00C13460" w:rsidRDefault="009627AF" w:rsidP="009627AF">
            <w:pPr>
              <w:rPr>
                <w:lang w:val="nn-NO"/>
              </w:rPr>
            </w:pPr>
            <w:r w:rsidRPr="00C13460">
              <w:rPr>
                <w:lang w:val="nn-NO"/>
              </w:rPr>
              <w:t>Søkjar skal synleggjere kva konkrete symbiosar eller sirkulære tiltak som er prioriterte, kva utfordringar dei skal bidra til å løyse, og kva forventa effektar dei kan gje. Så langt det er mogleg, bør effektane underbyggjast med estimat eller anna dokumentasjon.</w:t>
            </w:r>
          </w:p>
          <w:p w14:paraId="54E9B94F" w14:textId="7ADA276F" w:rsidR="00D15D32" w:rsidRPr="00C13460" w:rsidRDefault="00D15D32">
            <w:pPr>
              <w:pStyle w:val="TableBody"/>
              <w:rPr>
                <w:strike/>
                <w:lang w:val="nn-NO"/>
              </w:rPr>
            </w:pPr>
          </w:p>
        </w:tc>
        <w:tc>
          <w:tcPr>
            <w:tcW w:w="55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576E158" w14:textId="0F43ACEA" w:rsidR="00D15D32" w:rsidRPr="00C13460" w:rsidRDefault="00366997">
            <w:pPr>
              <w:pStyle w:val="TableBody"/>
              <w:rPr>
                <w:i/>
                <w:iCs/>
                <w:lang w:val="nn-NO"/>
              </w:rPr>
            </w:pPr>
            <w:r w:rsidRPr="00C13460">
              <w:rPr>
                <w:i/>
                <w:iCs/>
                <w:lang w:val="nn-NO"/>
              </w:rPr>
              <w:t>Skriv her</w:t>
            </w:r>
          </w:p>
        </w:tc>
      </w:tr>
      <w:tr w:rsidR="00D15D32" w:rsidRPr="00C13460" w14:paraId="5AB21F51" w14:textId="77777777" w:rsidTr="5EDE8990">
        <w:trPr>
          <w:cantSplit/>
          <w:trHeight w:val="533"/>
        </w:trPr>
        <w:tc>
          <w:tcPr>
            <w:tcW w:w="49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02E5B75" w14:textId="2AFA086D" w:rsidR="00680292" w:rsidRPr="00C13460" w:rsidRDefault="002B02B1" w:rsidP="00680292">
            <w:pPr>
              <w:rPr>
                <w:b/>
                <w:bCs/>
                <w:lang w:val="nn-NO"/>
              </w:rPr>
            </w:pPr>
            <w:r w:rsidRPr="00C13460">
              <w:rPr>
                <w:b/>
                <w:bCs/>
                <w:lang w:val="nn-NO"/>
              </w:rPr>
              <w:lastRenderedPageBreak/>
              <w:t xml:space="preserve">2. </w:t>
            </w:r>
            <w:r w:rsidR="00680292" w:rsidRPr="00C13460">
              <w:rPr>
                <w:b/>
                <w:bCs/>
                <w:lang w:val="nn-NO"/>
              </w:rPr>
              <w:t>Vidare utvikling og realisering</w:t>
            </w:r>
          </w:p>
          <w:p w14:paraId="5D775BD6" w14:textId="77777777" w:rsidR="00680292" w:rsidRPr="00C13460" w:rsidRDefault="00680292" w:rsidP="00680292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lagt vekt på kva tilskotsmidlane konkret skal bidra til i den vidare utviklinga av huben, og kva som skal vere oppnådd ved utgangen av prosjektperioden.</w:t>
            </w:r>
          </w:p>
          <w:p w14:paraId="470B13C2" w14:textId="77777777" w:rsidR="00680292" w:rsidRPr="00C13460" w:rsidRDefault="00680292" w:rsidP="00680292">
            <w:pPr>
              <w:rPr>
                <w:lang w:val="nn-NO"/>
              </w:rPr>
            </w:pPr>
            <w:r w:rsidRPr="00C13460">
              <w:rPr>
                <w:lang w:val="nn-NO"/>
              </w:rPr>
              <w:t>Søkjar skal skildre utgangspunktet ved prosjektstart, dei viktigaste barrierane for vidare framdrift, kva steg som skal takast i prosjektperioden og kva resultat som skal vere oppnådde ved prosjektslutt.</w:t>
            </w:r>
          </w:p>
          <w:p w14:paraId="0F01CC5A" w14:textId="77777777" w:rsidR="00680292" w:rsidRPr="00C13460" w:rsidRDefault="00680292" w:rsidP="00680292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særleg vurdert om støtta kan bidra til å:</w:t>
            </w:r>
          </w:p>
          <w:p w14:paraId="53094820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utvikle identifiserte symbiosar og sirkulære initiativ vidare mot realisering</w:t>
            </w:r>
          </w:p>
          <w:p w14:paraId="2620CCA4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samle og prioritere enkeltinitiativ i ein meir heilskapleg prosjektportefølje</w:t>
            </w:r>
          </w:p>
          <w:p w14:paraId="53578153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styrkje samarbeid, eigarskap og forplikting mellom aktørane</w:t>
            </w:r>
          </w:p>
          <w:p w14:paraId="5F092D82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avklare kritiske forhold knytt til mellom anna finansiering, areal, energi, infrastruktur eller regelverk</w:t>
            </w:r>
          </w:p>
          <w:p w14:paraId="7E23C4B1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utvikle eit meir føreseieleg finansieringsgrunnlag og auke privat medverknad</w:t>
            </w:r>
          </w:p>
          <w:p w14:paraId="3D3DACCB" w14:textId="77777777" w:rsidR="00680292" w:rsidRPr="00C13460" w:rsidRDefault="00680292" w:rsidP="00680292">
            <w:pPr>
              <w:numPr>
                <w:ilvl w:val="0"/>
                <w:numId w:val="11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gjere konkrete prosjekt klare for relevante bedriftsretta verkemiddel, privat kapital eller investering.</w:t>
            </w:r>
          </w:p>
          <w:p w14:paraId="7FD11DB2" w14:textId="38AAEC0C" w:rsidR="00D15D32" w:rsidRPr="00C13460" w:rsidRDefault="00D15D32">
            <w:pPr>
              <w:pStyle w:val="TableBody"/>
              <w:rPr>
                <w:strike/>
                <w:lang w:val="nn-NO"/>
              </w:rPr>
            </w:pPr>
          </w:p>
        </w:tc>
        <w:tc>
          <w:tcPr>
            <w:tcW w:w="55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46D2B01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1"/>
                <w:tag w:val="F031"/>
                <w:id w:val="1982734908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40229E7B" w14:textId="77777777" w:rsidTr="5EDE8990">
        <w:trPr>
          <w:cantSplit/>
          <w:trHeight w:val="533"/>
        </w:trPr>
        <w:tc>
          <w:tcPr>
            <w:tcW w:w="49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1A61717" w14:textId="0FF200FD" w:rsidR="00B8308F" w:rsidRPr="00C13460" w:rsidRDefault="002B02B1" w:rsidP="00B8308F">
            <w:pPr>
              <w:rPr>
                <w:b/>
                <w:bCs/>
                <w:lang w:val="nn-NO"/>
              </w:rPr>
            </w:pPr>
            <w:r w:rsidRPr="00C13460">
              <w:rPr>
                <w:b/>
                <w:bCs/>
                <w:lang w:val="nn-NO"/>
              </w:rPr>
              <w:lastRenderedPageBreak/>
              <w:t xml:space="preserve">3. </w:t>
            </w:r>
            <w:r w:rsidR="00B8308F" w:rsidRPr="00C13460">
              <w:rPr>
                <w:b/>
                <w:bCs/>
                <w:lang w:val="nn-NO"/>
              </w:rPr>
              <w:t>Modenheit og gjennomføringsevne</w:t>
            </w:r>
          </w:p>
          <w:p w14:paraId="5BD06BA0" w14:textId="77777777" w:rsidR="00B8308F" w:rsidRPr="00C13460" w:rsidRDefault="00B8308F" w:rsidP="002F0252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lagt vekt på om hubben har tilstrekkeleg forankring, organisering og kapasitet til å gjennomføre prosjektet og føre utviklinga vidare etter prosjektperioden. I vurderinga vil sterk og forpliktande medverknad frå bedrifter og andre private aktørar bli tillagd særleg vekt.</w:t>
            </w:r>
          </w:p>
          <w:p w14:paraId="65BDC1A6" w14:textId="77777777" w:rsidR="00B8308F" w:rsidRPr="00C13460" w:rsidRDefault="00B8308F" w:rsidP="002F0252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særleg vurdert om:</w:t>
            </w:r>
          </w:p>
          <w:p w14:paraId="3BBAF185" w14:textId="77777777" w:rsidR="00B8308F" w:rsidRPr="00C13460" w:rsidRDefault="00B8308F" w:rsidP="002F0252">
            <w:pPr>
              <w:numPr>
                <w:ilvl w:val="0"/>
                <w:numId w:val="12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hubben har ei tydeleg og forankra organisering, med klare roller, ansvar og mandat for fasilitatorfunksjonen</w:t>
            </w:r>
          </w:p>
          <w:p w14:paraId="0DD04A98" w14:textId="77777777" w:rsidR="00B8308F" w:rsidRPr="00C13460" w:rsidRDefault="00B8308F" w:rsidP="002F0252">
            <w:pPr>
              <w:numPr>
                <w:ilvl w:val="0"/>
                <w:numId w:val="12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bedriftene og andre sentrale aktørar er forplikta gjennom medfinansiering, avtalar, ressursinnsats eller andre konkrete bidrag</w:t>
            </w:r>
          </w:p>
          <w:p w14:paraId="0ACA6371" w14:textId="77777777" w:rsidR="00B8308F" w:rsidRPr="00C13460" w:rsidRDefault="00B8308F" w:rsidP="002F0252">
            <w:pPr>
              <w:numPr>
                <w:ilvl w:val="0"/>
                <w:numId w:val="12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hubben har konkrete symbiosar og prosjekt som er komne langt i utviklinga og inngår i ein samla plan for vidare realisering</w:t>
            </w:r>
          </w:p>
          <w:p w14:paraId="11559EB3" w14:textId="77777777" w:rsidR="00B8308F" w:rsidRPr="00C13460" w:rsidRDefault="00B8308F" w:rsidP="002F0252">
            <w:pPr>
              <w:numPr>
                <w:ilvl w:val="0"/>
                <w:numId w:val="12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hubben har ein realistisk plan for korleis finansieringa av hubarbeidet skal utviklast i prosjektperioden, med mål om eit meir føreseieleg finansieringsgrunnlag og aukande privat medverknad</w:t>
            </w:r>
          </w:p>
          <w:p w14:paraId="1CB5F8CB" w14:textId="77777777" w:rsidR="00B8308F" w:rsidRPr="00C13460" w:rsidRDefault="00B8308F" w:rsidP="002F0252">
            <w:pPr>
              <w:numPr>
                <w:ilvl w:val="0"/>
                <w:numId w:val="12"/>
              </w:numPr>
              <w:tabs>
                <w:tab w:val="clear" w:pos="720"/>
                <w:tab w:val="num" w:pos="1428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hubben har evne til å kople på relevante verkemiddel, kapital, kompetanse og nettverk.</w:t>
            </w:r>
          </w:p>
          <w:p w14:paraId="7E683ED6" w14:textId="55643DDC" w:rsidR="00D15D32" w:rsidRPr="00C13460" w:rsidRDefault="00D15D32">
            <w:pPr>
              <w:pStyle w:val="TableBody"/>
              <w:rPr>
                <w:strike/>
                <w:lang w:val="nn-NO"/>
              </w:rPr>
            </w:pPr>
          </w:p>
        </w:tc>
        <w:tc>
          <w:tcPr>
            <w:tcW w:w="55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03FA4D6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2"/>
                <w:tag w:val="F032"/>
                <w:id w:val="1229345696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558BC3CE" w14:textId="77777777" w:rsidTr="5EDE8990">
        <w:trPr>
          <w:cantSplit/>
          <w:trHeight w:val="533"/>
        </w:trPr>
        <w:tc>
          <w:tcPr>
            <w:tcW w:w="49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A1B81FB" w14:textId="6D710B80" w:rsidR="002F0252" w:rsidRPr="00C13460" w:rsidRDefault="002B02B1" w:rsidP="002F0252">
            <w:pPr>
              <w:rPr>
                <w:b/>
                <w:bCs/>
                <w:lang w:val="nn-NO"/>
              </w:rPr>
            </w:pPr>
            <w:r w:rsidRPr="00C13460">
              <w:rPr>
                <w:b/>
                <w:bCs/>
                <w:lang w:val="nn-NO"/>
              </w:rPr>
              <w:t xml:space="preserve">4. </w:t>
            </w:r>
            <w:r w:rsidR="002F0252" w:rsidRPr="00C13460">
              <w:rPr>
                <w:b/>
                <w:bCs/>
                <w:lang w:val="nn-NO"/>
              </w:rPr>
              <w:t>Samarbeid, læring og overføringsverdi</w:t>
            </w:r>
          </w:p>
          <w:p w14:paraId="7C565585" w14:textId="77777777" w:rsidR="002F0252" w:rsidRPr="00C13460" w:rsidRDefault="002F0252" w:rsidP="002F0252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lagt vekt på korleis hubben bidreg til - eller konkret planlegg å bidra til - samarbeid og kunnskapsdeling på tvers, og til å løfte felles utfordringar som har betydning for fleire hubbar eller for utviklinga av sirkulære verdikjeder i Vestland.</w:t>
            </w:r>
          </w:p>
          <w:p w14:paraId="171BB945" w14:textId="77777777" w:rsidR="002F0252" w:rsidRPr="00C13460" w:rsidRDefault="002F0252" w:rsidP="00615AFA">
            <w:pPr>
              <w:rPr>
                <w:lang w:val="nn-NO"/>
              </w:rPr>
            </w:pPr>
            <w:r w:rsidRPr="00C13460">
              <w:rPr>
                <w:lang w:val="nn-NO"/>
              </w:rPr>
              <w:t>Det vert særleg lagt vekt på om huben kan vise til eksisterande samarbeid eller konkrete planar for:</w:t>
            </w:r>
          </w:p>
          <w:p w14:paraId="1D9F398D" w14:textId="77777777" w:rsidR="002F0252" w:rsidRPr="00C13460" w:rsidRDefault="002F0252" w:rsidP="00615AFA">
            <w:pPr>
              <w:numPr>
                <w:ilvl w:val="0"/>
                <w:numId w:val="13"/>
              </w:numPr>
              <w:tabs>
                <w:tab w:val="clear" w:pos="720"/>
                <w:tab w:val="num" w:pos="2136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>samarbeid med andre hubbar eller relevante aktørar om felles utfordringar</w:t>
            </w:r>
          </w:p>
          <w:p w14:paraId="006F9385" w14:textId="77777777" w:rsidR="002F0252" w:rsidRPr="00C13460" w:rsidRDefault="002F0252" w:rsidP="00615AFA">
            <w:pPr>
              <w:numPr>
                <w:ilvl w:val="0"/>
                <w:numId w:val="13"/>
              </w:numPr>
              <w:tabs>
                <w:tab w:val="clear" w:pos="720"/>
                <w:tab w:val="num" w:pos="2136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å identifisere og løfte kritiske suksessfaktorar som krev oppfølging lokalt, regionalt, nasjonalt eller internasjonalt </w:t>
            </w:r>
          </w:p>
          <w:p w14:paraId="537AF8C2" w14:textId="77777777" w:rsidR="002F0252" w:rsidRPr="00C13460" w:rsidRDefault="002F0252" w:rsidP="00615AFA">
            <w:pPr>
              <w:numPr>
                <w:ilvl w:val="0"/>
                <w:numId w:val="13"/>
              </w:numPr>
              <w:tabs>
                <w:tab w:val="clear" w:pos="720"/>
                <w:tab w:val="num" w:pos="2136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dele erfaringar, metodar og løysingar som kan ha nytte for fleire </w:t>
            </w:r>
          </w:p>
          <w:p w14:paraId="2FA60119" w14:textId="77777777" w:rsidR="002F0252" w:rsidRPr="00C13460" w:rsidRDefault="002F0252" w:rsidP="00615AFA">
            <w:pPr>
              <w:numPr>
                <w:ilvl w:val="0"/>
                <w:numId w:val="13"/>
              </w:numPr>
              <w:tabs>
                <w:tab w:val="clear" w:pos="720"/>
                <w:tab w:val="num" w:pos="2136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å bidra til kompetansebygging gjennom eksisterande nettverk, fagmiljø og samarbeidsstrukturar </w:t>
            </w:r>
          </w:p>
          <w:p w14:paraId="0E84DA20" w14:textId="77777777" w:rsidR="002F0252" w:rsidRPr="00C13460" w:rsidRDefault="002F0252" w:rsidP="00615AFA">
            <w:pPr>
              <w:numPr>
                <w:ilvl w:val="0"/>
                <w:numId w:val="13"/>
              </w:numPr>
              <w:tabs>
                <w:tab w:val="clear" w:pos="720"/>
                <w:tab w:val="num" w:pos="2136"/>
              </w:tabs>
              <w:spacing w:after="0" w:line="279" w:lineRule="auto"/>
              <w:rPr>
                <w:lang w:val="nn-NO"/>
              </w:rPr>
            </w:pPr>
            <w:r w:rsidRPr="00C13460">
              <w:rPr>
                <w:lang w:val="nn-NO"/>
              </w:rPr>
              <w:t xml:space="preserve">å kople seg på relevante regionale, nasjonale og internasjonale initiativ framfor å etablere parallelle strukturar utan tydeleg meirverdi. </w:t>
            </w:r>
          </w:p>
          <w:p w14:paraId="0B26A41C" w14:textId="3BF466E0" w:rsidR="00D15D32" w:rsidRPr="00C13460" w:rsidRDefault="00D15D32">
            <w:pPr>
              <w:pStyle w:val="TableBody"/>
              <w:rPr>
                <w:strike/>
                <w:lang w:val="nn-NO"/>
              </w:rPr>
            </w:pPr>
          </w:p>
        </w:tc>
        <w:tc>
          <w:tcPr>
            <w:tcW w:w="55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64728E53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33"/>
                <w:tag w:val="F033"/>
                <w:id w:val="86541736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4E715E59" w14:textId="77777777" w:rsidR="00D15D32" w:rsidRPr="00C13460" w:rsidRDefault="00D15D32">
      <w:pPr>
        <w:pStyle w:val="AfterTable"/>
        <w:rPr>
          <w:lang w:val="nn-NO"/>
        </w:rPr>
      </w:pPr>
    </w:p>
    <w:p w14:paraId="240E808E" w14:textId="7DF3C590" w:rsidR="00D15D32" w:rsidRPr="00C13460" w:rsidRDefault="00BE2C28" w:rsidP="004F09D3">
      <w:pPr>
        <w:pStyle w:val="Overskrift1"/>
        <w:numPr>
          <w:ilvl w:val="0"/>
          <w:numId w:val="14"/>
        </w:numPr>
        <w:rPr>
          <w:lang w:val="nn-NO"/>
        </w:rPr>
      </w:pPr>
      <w:r w:rsidRPr="00C13460">
        <w:rPr>
          <w:lang w:val="nn-NO"/>
        </w:rPr>
        <w:t>Tilskot ved redusert omfang</w:t>
      </w:r>
    </w:p>
    <w:p w14:paraId="5B669ECD" w14:textId="65FFA5B2" w:rsidR="00D15D32" w:rsidRPr="00C13460" w:rsidRDefault="00BE2C28">
      <w:pPr>
        <w:keepNext/>
        <w:rPr>
          <w:lang w:val="nn-NO"/>
        </w:rPr>
      </w:pPr>
      <w:r w:rsidRPr="00C13460">
        <w:rPr>
          <w:lang w:val="nn-NO"/>
        </w:rPr>
        <w:t>Oppgi den lågaste tilskotssummen som gjer det mogleg å gjennomføre prosjektet. Dersom eit lågare tilskot krev redusert omfang, vis kva de då kan gjennomføre.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52"/>
        <w:gridCol w:w="5688"/>
      </w:tblGrid>
      <w:tr w:rsidR="00D15D32" w:rsidRPr="00C13460" w14:paraId="59064D31" w14:textId="77777777" w:rsidTr="5EDE8990">
        <w:trPr>
          <w:cantSplit/>
          <w:trHeight w:val="533"/>
        </w:trPr>
        <w:tc>
          <w:tcPr>
            <w:tcW w:w="47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AE708CD" w14:textId="05C43AB5" w:rsidR="00D15D32" w:rsidRPr="00C13460" w:rsidRDefault="00B809B0">
            <w:pPr>
              <w:pStyle w:val="TableBody"/>
              <w:rPr>
                <w:lang w:val="nn-NO"/>
              </w:rPr>
            </w:pPr>
            <w:r w:rsidRPr="00C13460">
              <w:rPr>
                <w:b/>
                <w:lang w:val="nn-NO"/>
              </w:rPr>
              <w:t xml:space="preserve">Kan prosjektet gjennomførast i redusert omfang? </w:t>
            </w:r>
          </w:p>
        </w:tc>
        <w:tc>
          <w:tcPr>
            <w:tcW w:w="56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C494A48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97"/>
                <w:tag w:val="F097"/>
                <w:id w:val="90668134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1F8DF27C" w14:textId="77777777" w:rsidTr="5EDE8990">
        <w:trPr>
          <w:cantSplit/>
          <w:trHeight w:val="533"/>
        </w:trPr>
        <w:tc>
          <w:tcPr>
            <w:tcW w:w="47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1CC2D7C" w14:textId="540CE06F" w:rsidR="00D15D32" w:rsidRPr="00C13460" w:rsidRDefault="00B809B0">
            <w:pPr>
              <w:pStyle w:val="TableBody"/>
              <w:rPr>
                <w:lang w:val="nn-NO"/>
              </w:rPr>
            </w:pPr>
            <w:r w:rsidRPr="00C13460">
              <w:rPr>
                <w:b/>
                <w:lang w:val="nn-NO"/>
              </w:rPr>
              <w:t>Minste tilskotsbeløp for gjennomføring kr</w:t>
            </w:r>
          </w:p>
        </w:tc>
        <w:tc>
          <w:tcPr>
            <w:tcW w:w="56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0F9E255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98"/>
                <w:tag w:val="F098"/>
                <w:id w:val="2061051380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49E1A0F9" w14:textId="77777777" w:rsidTr="5EDE8990">
        <w:trPr>
          <w:cantSplit/>
          <w:trHeight w:val="533"/>
        </w:trPr>
        <w:tc>
          <w:tcPr>
            <w:tcW w:w="47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39C372C" w14:textId="33893F8D" w:rsidR="00D15D32" w:rsidRPr="00C13460" w:rsidRDefault="00BE2C28">
            <w:pPr>
              <w:pStyle w:val="TableBody"/>
              <w:rPr>
                <w:lang w:val="nn-NO"/>
              </w:rPr>
            </w:pPr>
            <w:r w:rsidRPr="00C13460">
              <w:rPr>
                <w:b/>
                <w:lang w:val="nn-NO"/>
              </w:rPr>
              <w:t xml:space="preserve">Aktivitetar </w:t>
            </w:r>
            <w:r w:rsidR="00B809B0" w:rsidRPr="00C13460">
              <w:rPr>
                <w:b/>
                <w:lang w:val="nn-NO"/>
              </w:rPr>
              <w:t xml:space="preserve">som utgår </w:t>
            </w:r>
            <w:r w:rsidRPr="00C13460">
              <w:rPr>
                <w:b/>
                <w:lang w:val="nn-NO"/>
              </w:rPr>
              <w:t>ved redusert omfang</w:t>
            </w:r>
          </w:p>
        </w:tc>
        <w:tc>
          <w:tcPr>
            <w:tcW w:w="56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AFD4855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099"/>
                <w:tag w:val="F099"/>
                <w:id w:val="1134137664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6FE95742" w14:textId="77777777" w:rsidR="00D15D32" w:rsidRPr="00C13460" w:rsidRDefault="00D15D32">
      <w:pPr>
        <w:pStyle w:val="AfterTable"/>
        <w:rPr>
          <w:lang w:val="nn-NO"/>
        </w:rPr>
      </w:pPr>
    </w:p>
    <w:p w14:paraId="60238DB4" w14:textId="6D64DB18" w:rsidR="00D15D32" w:rsidRPr="00C13460" w:rsidRDefault="00BE2C28">
      <w:pPr>
        <w:pStyle w:val="Overskrift1"/>
      </w:pPr>
      <w:r w:rsidRPr="24369199">
        <w:rPr>
          <w:lang w:val="nn-NO"/>
        </w:rPr>
        <w:t xml:space="preserve">6 </w:t>
      </w:r>
      <w:r w:rsidR="2590C1C0" w:rsidRPr="24369199">
        <w:rPr>
          <w:lang w:val="nn-NO"/>
        </w:rPr>
        <w:t xml:space="preserve">Anna relevant </w:t>
      </w:r>
      <w:r w:rsidR="2590C1C0" w:rsidRPr="451E75CD">
        <w:rPr>
          <w:lang w:val="nn-NO"/>
        </w:rPr>
        <w:t>informasjon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6552"/>
      </w:tblGrid>
      <w:tr w:rsidR="00D15D32" w:rsidRPr="00C13460" w14:paraId="59FED83E" w14:textId="77777777" w:rsidTr="5EDE8990">
        <w:trPr>
          <w:cantSplit/>
          <w:trHeight w:val="533"/>
        </w:trPr>
        <w:tc>
          <w:tcPr>
            <w:tcW w:w="38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4F002208" w14:textId="77777777" w:rsidR="00D15D32" w:rsidRPr="00C13460" w:rsidRDefault="00BE2C28">
            <w:pPr>
              <w:pStyle w:val="TableBody"/>
              <w:rPr>
                <w:lang w:val="nn-NO"/>
              </w:rPr>
            </w:pPr>
            <w:r w:rsidRPr="00C13460">
              <w:rPr>
                <w:b/>
                <w:lang w:val="nn-NO"/>
              </w:rPr>
              <w:t>Andre relevante tilskot og prosjekt</w:t>
            </w:r>
          </w:p>
        </w:tc>
        <w:tc>
          <w:tcPr>
            <w:tcW w:w="6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53267F79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100"/>
                <w:tag w:val="F100"/>
                <w:id w:val="233440823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13460" w14:paraId="6F8CB2AF" w14:textId="77777777" w:rsidTr="5EDE8990">
        <w:trPr>
          <w:cantSplit/>
          <w:trHeight w:val="533"/>
        </w:trPr>
        <w:tc>
          <w:tcPr>
            <w:tcW w:w="38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20BAA968" w14:textId="77777777" w:rsidR="00D15D32" w:rsidRPr="00C13460" w:rsidRDefault="00BE2C28">
            <w:pPr>
              <w:pStyle w:val="TableBody"/>
              <w:rPr>
                <w:lang w:val="nn-NO"/>
              </w:rPr>
            </w:pPr>
            <w:r w:rsidRPr="00C13460">
              <w:rPr>
                <w:b/>
                <w:lang w:val="nn-NO"/>
              </w:rPr>
              <w:t>Aktørar som får nytte av arbeidet</w:t>
            </w:r>
          </w:p>
        </w:tc>
        <w:tc>
          <w:tcPr>
            <w:tcW w:w="6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401ADF5" w14:textId="77777777" w:rsidR="00D15D32" w:rsidRPr="00C13460" w:rsidRDefault="00AF2972">
            <w:pPr>
              <w:pStyle w:val="TableBody"/>
              <w:rPr>
                <w:lang w:val="nn-NO"/>
              </w:rPr>
            </w:pPr>
            <w:sdt>
              <w:sdtPr>
                <w:rPr>
                  <w:lang w:val="nn-NO"/>
                </w:rPr>
                <w:alias w:val="F101"/>
                <w:tag w:val="F101"/>
                <w:id w:val="-588160426"/>
                <w:text/>
              </w:sdtPr>
              <w:sdtEndPr/>
              <w:sdtContent>
                <w:r w:rsidR="00BE2C28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  <w:tr w:rsidR="00D15D32" w:rsidRPr="00CB007A" w14:paraId="0DCBF4D5" w14:textId="77777777" w:rsidTr="5EDE8990">
        <w:trPr>
          <w:cantSplit/>
          <w:trHeight w:val="533"/>
        </w:trPr>
        <w:tc>
          <w:tcPr>
            <w:tcW w:w="38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F5F8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3AFD59E" w14:textId="1B4680CB" w:rsidR="00D15D32" w:rsidRPr="00CB007A" w:rsidRDefault="00CB007A">
            <w:pPr>
              <w:pStyle w:val="TableBody"/>
              <w:rPr>
                <w:b/>
                <w:bCs/>
              </w:rPr>
            </w:pPr>
            <w:r w:rsidRPr="00CB007A">
              <w:rPr>
                <w:b/>
                <w:bCs/>
              </w:rPr>
              <w:t>Anna r</w:t>
            </w:r>
            <w:r w:rsidR="1D1A4AD5" w:rsidRPr="00CB007A">
              <w:rPr>
                <w:b/>
                <w:bCs/>
              </w:rPr>
              <w:t xml:space="preserve">elevant </w:t>
            </w:r>
          </w:p>
        </w:tc>
        <w:tc>
          <w:tcPr>
            <w:tcW w:w="655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0BA2D390" w14:textId="3E859A04" w:rsidR="00D15D32" w:rsidRPr="00CB007A" w:rsidRDefault="00AF2972">
            <w:pPr>
              <w:pStyle w:val="TableBody"/>
            </w:pPr>
            <w:sdt>
              <w:sdtPr>
                <w:rPr>
                  <w:lang w:val="nn-NO"/>
                </w:rPr>
                <w:alias w:val="F101"/>
                <w:tag w:val="F101"/>
                <w:id w:val="-1837825766"/>
                <w:text/>
              </w:sdtPr>
              <w:sdtEndPr/>
              <w:sdtContent>
                <w:r w:rsidR="00CB007A" w:rsidRPr="00C13460">
                  <w:rPr>
                    <w:i/>
                    <w:color w:val="5D6771"/>
                    <w:lang w:val="nn-NO"/>
                  </w:rPr>
                  <w:t>Skriv her</w:t>
                </w:r>
              </w:sdtContent>
            </w:sdt>
          </w:p>
        </w:tc>
      </w:tr>
    </w:tbl>
    <w:p w14:paraId="647C4D1E" w14:textId="77777777" w:rsidR="00D15D32" w:rsidRPr="00C13460" w:rsidRDefault="00D15D32">
      <w:pPr>
        <w:pStyle w:val="AfterTable"/>
        <w:rPr>
          <w:lang w:val="nn-NO"/>
        </w:rPr>
      </w:pPr>
    </w:p>
    <w:p w14:paraId="086B7FA6" w14:textId="77777777" w:rsidR="00C13460" w:rsidRPr="00C13460" w:rsidRDefault="00C13460">
      <w:pPr>
        <w:pStyle w:val="AfterTable"/>
        <w:rPr>
          <w:lang w:val="nn-NO"/>
        </w:rPr>
      </w:pPr>
    </w:p>
    <w:sectPr w:rsidR="00C13460" w:rsidRPr="00C13460" w:rsidSect="00034616">
      <w:footerReference w:type="default" r:id="rId11"/>
      <w:pgSz w:w="12240" w:h="15840"/>
      <w:pgMar w:top="893" w:right="893" w:bottom="893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8BB13" w14:textId="77777777" w:rsidR="00AF2972" w:rsidRDefault="00AF2972">
      <w:pPr>
        <w:spacing w:after="0" w:line="240" w:lineRule="auto"/>
      </w:pPr>
      <w:r>
        <w:separator/>
      </w:r>
    </w:p>
  </w:endnote>
  <w:endnote w:type="continuationSeparator" w:id="0">
    <w:p w14:paraId="5ADA196E" w14:textId="77777777" w:rsidR="00AF2972" w:rsidRDefault="00AF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4418" w14:textId="3C516824" w:rsidR="00D15D32" w:rsidRDefault="00BE2C28">
    <w:pPr>
      <w:jc w:val="right"/>
    </w:pPr>
    <w:r>
      <w:rPr>
        <w:sz w:val="16"/>
      </w:rPr>
      <w:t xml:space="preserve">Side </w:t>
    </w:r>
    <w:r>
      <w:fldChar w:fldCharType="begin"/>
    </w:r>
    <w:r>
      <w:instrText>PAGE</w:instrText>
    </w:r>
    <w:r>
      <w:fldChar w:fldCharType="separate"/>
    </w:r>
    <w:r w:rsidR="00C639C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B8FE" w14:textId="77777777" w:rsidR="00AF2972" w:rsidRDefault="00AF2972">
      <w:pPr>
        <w:spacing w:after="0" w:line="240" w:lineRule="auto"/>
      </w:pPr>
      <w:r>
        <w:separator/>
      </w:r>
    </w:p>
  </w:footnote>
  <w:footnote w:type="continuationSeparator" w:id="0">
    <w:p w14:paraId="45B044CC" w14:textId="77777777" w:rsidR="00AF2972" w:rsidRDefault="00AF2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7E1205"/>
    <w:multiLevelType w:val="multilevel"/>
    <w:tmpl w:val="E47E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873B0"/>
    <w:multiLevelType w:val="multilevel"/>
    <w:tmpl w:val="04F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B13DCC"/>
    <w:multiLevelType w:val="hybridMultilevel"/>
    <w:tmpl w:val="189A36F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E979FB"/>
    <w:multiLevelType w:val="multilevel"/>
    <w:tmpl w:val="DE08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E72ECC"/>
    <w:multiLevelType w:val="multilevel"/>
    <w:tmpl w:val="FF74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292210">
    <w:abstractNumId w:val="8"/>
  </w:num>
  <w:num w:numId="2" w16cid:durableId="883365869">
    <w:abstractNumId w:val="6"/>
  </w:num>
  <w:num w:numId="3" w16cid:durableId="1616403780">
    <w:abstractNumId w:val="5"/>
  </w:num>
  <w:num w:numId="4" w16cid:durableId="1897008645">
    <w:abstractNumId w:val="4"/>
  </w:num>
  <w:num w:numId="5" w16cid:durableId="558706521">
    <w:abstractNumId w:val="7"/>
  </w:num>
  <w:num w:numId="6" w16cid:durableId="261914285">
    <w:abstractNumId w:val="3"/>
  </w:num>
  <w:num w:numId="7" w16cid:durableId="1352611821">
    <w:abstractNumId w:val="2"/>
  </w:num>
  <w:num w:numId="8" w16cid:durableId="1453283624">
    <w:abstractNumId w:val="1"/>
  </w:num>
  <w:num w:numId="9" w16cid:durableId="140655706">
    <w:abstractNumId w:val="0"/>
  </w:num>
  <w:num w:numId="10" w16cid:durableId="2080247283">
    <w:abstractNumId w:val="13"/>
  </w:num>
  <w:num w:numId="11" w16cid:durableId="1665548060">
    <w:abstractNumId w:val="9"/>
  </w:num>
  <w:num w:numId="12" w16cid:durableId="770129779">
    <w:abstractNumId w:val="12"/>
  </w:num>
  <w:num w:numId="13" w16cid:durableId="1873418904">
    <w:abstractNumId w:val="10"/>
  </w:num>
  <w:num w:numId="14" w16cid:durableId="10151548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559"/>
    <w:rsid w:val="00016F64"/>
    <w:rsid w:val="00034616"/>
    <w:rsid w:val="00046A62"/>
    <w:rsid w:val="000552C8"/>
    <w:rsid w:val="0006063C"/>
    <w:rsid w:val="000A408D"/>
    <w:rsid w:val="000F530B"/>
    <w:rsid w:val="00102B87"/>
    <w:rsid w:val="00113C58"/>
    <w:rsid w:val="0012342A"/>
    <w:rsid w:val="0015074B"/>
    <w:rsid w:val="001761A3"/>
    <w:rsid w:val="00185058"/>
    <w:rsid w:val="001A338C"/>
    <w:rsid w:val="001B1F3C"/>
    <w:rsid w:val="001D102B"/>
    <w:rsid w:val="001D4F56"/>
    <w:rsid w:val="001F0ED5"/>
    <w:rsid w:val="002210D8"/>
    <w:rsid w:val="002500AA"/>
    <w:rsid w:val="0025203A"/>
    <w:rsid w:val="002713E0"/>
    <w:rsid w:val="0029639D"/>
    <w:rsid w:val="002B02B1"/>
    <w:rsid w:val="002B2E4D"/>
    <w:rsid w:val="002C6799"/>
    <w:rsid w:val="002D342A"/>
    <w:rsid w:val="002F0252"/>
    <w:rsid w:val="00310D55"/>
    <w:rsid w:val="00326F90"/>
    <w:rsid w:val="00331BA5"/>
    <w:rsid w:val="00366997"/>
    <w:rsid w:val="003739BF"/>
    <w:rsid w:val="0037720A"/>
    <w:rsid w:val="003A3FD5"/>
    <w:rsid w:val="003B1989"/>
    <w:rsid w:val="003C5B8F"/>
    <w:rsid w:val="003D26A4"/>
    <w:rsid w:val="003D3123"/>
    <w:rsid w:val="003F39E4"/>
    <w:rsid w:val="00420585"/>
    <w:rsid w:val="00460803"/>
    <w:rsid w:val="00470204"/>
    <w:rsid w:val="00476AE4"/>
    <w:rsid w:val="0049010E"/>
    <w:rsid w:val="00493D7C"/>
    <w:rsid w:val="004A3332"/>
    <w:rsid w:val="004A7BC7"/>
    <w:rsid w:val="004F09D3"/>
    <w:rsid w:val="0053505D"/>
    <w:rsid w:val="0053676D"/>
    <w:rsid w:val="00555E03"/>
    <w:rsid w:val="00557538"/>
    <w:rsid w:val="005710EB"/>
    <w:rsid w:val="005C4FD7"/>
    <w:rsid w:val="005D16E6"/>
    <w:rsid w:val="005D1C0E"/>
    <w:rsid w:val="00615AFA"/>
    <w:rsid w:val="00633053"/>
    <w:rsid w:val="0066643C"/>
    <w:rsid w:val="0067363A"/>
    <w:rsid w:val="00675CD8"/>
    <w:rsid w:val="00676ED8"/>
    <w:rsid w:val="00680292"/>
    <w:rsid w:val="006878E7"/>
    <w:rsid w:val="0069604A"/>
    <w:rsid w:val="006B057D"/>
    <w:rsid w:val="006D220F"/>
    <w:rsid w:val="006E75B6"/>
    <w:rsid w:val="00717F01"/>
    <w:rsid w:val="0073791E"/>
    <w:rsid w:val="00751F92"/>
    <w:rsid w:val="00774F1C"/>
    <w:rsid w:val="00783358"/>
    <w:rsid w:val="007C1182"/>
    <w:rsid w:val="007C11E2"/>
    <w:rsid w:val="007D7034"/>
    <w:rsid w:val="007E4C6C"/>
    <w:rsid w:val="00833E66"/>
    <w:rsid w:val="00844324"/>
    <w:rsid w:val="00877AE4"/>
    <w:rsid w:val="00881AE4"/>
    <w:rsid w:val="008C30ED"/>
    <w:rsid w:val="008F4DDC"/>
    <w:rsid w:val="008F78D9"/>
    <w:rsid w:val="00912457"/>
    <w:rsid w:val="00913A47"/>
    <w:rsid w:val="009216D2"/>
    <w:rsid w:val="009627AF"/>
    <w:rsid w:val="009B012B"/>
    <w:rsid w:val="00A06135"/>
    <w:rsid w:val="00A250E7"/>
    <w:rsid w:val="00A27CEF"/>
    <w:rsid w:val="00A94ED5"/>
    <w:rsid w:val="00AA1D8D"/>
    <w:rsid w:val="00AA3E92"/>
    <w:rsid w:val="00AB10B4"/>
    <w:rsid w:val="00AB6B19"/>
    <w:rsid w:val="00AF2972"/>
    <w:rsid w:val="00B46A4C"/>
    <w:rsid w:val="00B47730"/>
    <w:rsid w:val="00B52113"/>
    <w:rsid w:val="00B649D1"/>
    <w:rsid w:val="00B809B0"/>
    <w:rsid w:val="00B8308F"/>
    <w:rsid w:val="00BD2F9E"/>
    <w:rsid w:val="00BD52E1"/>
    <w:rsid w:val="00BE2C28"/>
    <w:rsid w:val="00C055D9"/>
    <w:rsid w:val="00C05BDD"/>
    <w:rsid w:val="00C13460"/>
    <w:rsid w:val="00C52952"/>
    <w:rsid w:val="00C56AC3"/>
    <w:rsid w:val="00C639CA"/>
    <w:rsid w:val="00C8505C"/>
    <w:rsid w:val="00C93A0C"/>
    <w:rsid w:val="00CB007A"/>
    <w:rsid w:val="00CB0664"/>
    <w:rsid w:val="00CD1E31"/>
    <w:rsid w:val="00CF17C7"/>
    <w:rsid w:val="00CF4EA4"/>
    <w:rsid w:val="00D15D32"/>
    <w:rsid w:val="00D448D2"/>
    <w:rsid w:val="00D533F0"/>
    <w:rsid w:val="00D644D1"/>
    <w:rsid w:val="00D754DB"/>
    <w:rsid w:val="00DA0050"/>
    <w:rsid w:val="00DA1296"/>
    <w:rsid w:val="00DE7D79"/>
    <w:rsid w:val="00DF2024"/>
    <w:rsid w:val="00DF52EB"/>
    <w:rsid w:val="00E15103"/>
    <w:rsid w:val="00EF2C62"/>
    <w:rsid w:val="00EF6565"/>
    <w:rsid w:val="00F108E4"/>
    <w:rsid w:val="00F56E95"/>
    <w:rsid w:val="00F809B6"/>
    <w:rsid w:val="00FA1C42"/>
    <w:rsid w:val="00FC693F"/>
    <w:rsid w:val="00FE3B8A"/>
    <w:rsid w:val="00FF4051"/>
    <w:rsid w:val="00FF6D32"/>
    <w:rsid w:val="1D1A4AD5"/>
    <w:rsid w:val="24369199"/>
    <w:rsid w:val="2590C1C0"/>
    <w:rsid w:val="3C06492E"/>
    <w:rsid w:val="451E75CD"/>
    <w:rsid w:val="467EC18D"/>
    <w:rsid w:val="5EDE8990"/>
    <w:rsid w:val="74A79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00000"/>
      <w:sz w:val="19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0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</w:style>
  <w:style w:type="character" w:customStyle="1" w:styleId="BrdtekstTegn">
    <w:name w:val="Brødtekst Tegn"/>
    <w:basedOn w:val="Standardskriftforavsnitt"/>
    <w:link w:val="Brdtekst"/>
    <w:uiPriority w:val="99"/>
    <w:rsid w:val="00AA1D8D"/>
    <w:rPr>
      <w:rFonts w:ascii="Aptos" w:hAnsi="Aptos"/>
      <w:color w:val="000000"/>
      <w:sz w:val="19"/>
    </w:rPr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  <w:rPr>
      <w:rFonts w:ascii="Aptos" w:hAnsi="Aptos"/>
      <w:color w:val="000000"/>
      <w:sz w:val="19"/>
    </w:rPr>
  </w:style>
  <w:style w:type="paragraph" w:styleId="Brdtekst3">
    <w:name w:val="Body Text 3"/>
    <w:basedOn w:val="Normal"/>
    <w:link w:val="Brdtekst3Tegn"/>
    <w:uiPriority w:val="99"/>
    <w:unhideWhenUsed/>
    <w:rsid w:val="00AA1D8D"/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rFonts w:ascii="Aptos" w:hAnsi="Aptos"/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Body">
    <w:name w:val="Table Body"/>
    <w:basedOn w:val="Normal"/>
    <w:pPr>
      <w:spacing w:after="0" w:line="264" w:lineRule="auto"/>
    </w:pPr>
    <w:rPr>
      <w:sz w:val="17"/>
    </w:rPr>
  </w:style>
  <w:style w:type="paragraph" w:customStyle="1" w:styleId="AfterTable">
    <w:name w:val="After Table"/>
    <w:basedOn w:val="Normal"/>
    <w:pPr>
      <w:spacing w:after="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196377B4C2C42AC7D78630740E398" ma:contentTypeVersion="15" ma:contentTypeDescription="Opprett et nytt dokument." ma:contentTypeScope="" ma:versionID="50d1662b23d1c907ea20c0e7fcb55345">
  <xsd:schema xmlns:xsd="http://www.w3.org/2001/XMLSchema" xmlns:xs="http://www.w3.org/2001/XMLSchema" xmlns:p="http://schemas.microsoft.com/office/2006/metadata/properties" xmlns:ns2="9b36acec-082d-44e4-85d9-4327b54b21ad" xmlns:ns3="152f655c-758a-4aa8-b6e3-0c0e357e526d" targetNamespace="http://schemas.microsoft.com/office/2006/metadata/properties" ma:root="true" ma:fieldsID="3145ffca3714c3a94549c132d852f937" ns2:_="" ns3:_="">
    <xsd:import namespace="9b36acec-082d-44e4-85d9-4327b54b21ad"/>
    <xsd:import namespace="152f655c-758a-4aa8-b6e3-0c0e357e526d"/>
    <xsd:element name="properties">
      <xsd:complexType>
        <xsd:sequence>
          <xsd:element name="documentManagement">
            <xsd:complexType>
              <xsd:all>
                <xsd:element ref="ns2:j25543a5815d485da9a5e0773ad762e9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6acec-082d-44e4-85d9-4327b54b21ad" elementFormDefault="qualified">
    <xsd:import namespace="http://schemas.microsoft.com/office/2006/documentManagement/types"/>
    <xsd:import namespace="http://schemas.microsoft.com/office/infopath/2007/PartnerControls"/>
    <xsd:element name="j25543a5815d485da9a5e0773ad762e9" ma:index="9" nillable="true" ma:taxonomy="true" ma:internalName="j25543a5815d485da9a5e0773ad762e9" ma:taxonomyFieldName="GtProjectPhase" ma:displayName="Fase" ma:fieldId="{325543a5-815d-485d-a9a5-e0773ad762e9}" ma:sspId="710104e5-5bbb-4c90-b6ff-9dd753803138" ma:termSetId="abcfc9d9-a263-4abb-8234-be973c4625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ed1eecb0-e38e-4d52-af8d-214e6f11b978}" ma:internalName="TaxCatchAll" ma:showField="CatchAllData" ma:web="9b36acec-082d-44e4-85d9-4327b54b2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655c-758a-4aa8-b6e3-0c0e357e5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710104e5-5bbb-4c90-b6ff-9dd7538031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25543a5815d485da9a5e0773ad762e9 xmlns="9b36acec-082d-44e4-85d9-4327b54b21ad">
      <Terms xmlns="http://schemas.microsoft.com/office/infopath/2007/PartnerControls"/>
    </j25543a5815d485da9a5e0773ad762e9>
    <lcf76f155ced4ddcb4097134ff3c332f xmlns="152f655c-758a-4aa8-b6e3-0c0e357e526d">
      <Terms xmlns="http://schemas.microsoft.com/office/infopath/2007/PartnerControls"/>
    </lcf76f155ced4ddcb4097134ff3c332f>
    <TaxCatchAll xmlns="9b36acec-082d-44e4-85d9-4327b54b21ad" xsi:nil="true"/>
  </documentManagement>
</p:properties>
</file>

<file path=customXml/itemProps1.xml><?xml version="1.0" encoding="utf-8"?>
<ds:datastoreItem xmlns:ds="http://schemas.openxmlformats.org/officeDocument/2006/customXml" ds:itemID="{71B0503A-BC21-4190-8A04-95886A80FB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6251BD-5A59-44C5-A804-C6E33A106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36acec-082d-44e4-85d9-4327b54b21ad"/>
    <ds:schemaRef ds:uri="152f655c-758a-4aa8-b6e3-0c0e357e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06F93D-B47B-4E89-B22D-18E3744A1B6A}">
  <ds:schemaRefs>
    <ds:schemaRef ds:uri="http://schemas.microsoft.com/office/2006/metadata/properties"/>
    <ds:schemaRef ds:uri="http://schemas.microsoft.com/office/infopath/2007/PartnerControls"/>
    <ds:schemaRef ds:uri="9b36acec-082d-44e4-85d9-4327b54b21ad"/>
    <ds:schemaRef ds:uri="152f655c-758a-4aa8-b6e3-0c0e357e526d"/>
  </ds:schemaRefs>
</ds:datastoreItem>
</file>

<file path=docMetadata/LabelInfo.xml><?xml version="1.0" encoding="utf-8"?>
<clbl:labelList xmlns:clbl="http://schemas.microsoft.com/office/2020/mipLabelMetadata">
  <clbl:label id="{5b14945b-0f87-40dd-acf3-5e5e21e6eb36}" enabled="0" method="" siteId="{5b14945b-0f87-40dd-acf3-5e5e21e6eb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1226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2026-10-16T13:33:00Z</dcterms:created>
  <dcterms:modified xsi:type="dcterms:W3CDTF">2026-10-16T13:33:00Z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0x0101000AC196377B4C2C42AC7D78630740E398</vt:lpwstr>
  </property>
  <property fmtid="{D5CDD505-2E9C-101B-9397-08002B2CF9AE}" pid="4" name="GtProjectPhase">
    <vt:lpwstr/>
  </property>
</Properties>
</file>